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איך נוצרות מילים 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ארבע דרכים ליצירת מילים חדשות: שורש ומשקל, בסיס וצורן סופי, הלחם וראשי 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מילים קיימות ולהבין מאילו חלקים הן נבנו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מילים חדשות לפי הדרכים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באיזו דרך נוצרה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ראשי 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ההלחם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הדרך הסטנדרטית ליצירת ראשי 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צורן 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נפגש עם מי? – פירוק הלחמים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(רמז +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(מגדל +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(מדרכה + רחוב)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מהירות היא שם עצם שנוצר על ידי הוספת צורן סופי -ות לתואר מהיר, והמשמעות היא התכונה של להיות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 היא שם עצם שנוצר על ידי הוספת צורן סופי -ות למילה ילד, והמשמעות היא התקופה או המצב של להיות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יוצרים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לוודא שהתלמיד חיבר חלקים משתי מילים קיימות ושהמשמעות החדשה הגיונית וקשורה לשתי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הלחם ומפרק לשתי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מבדיל בין תוספת לסוף מילה קיימת לבין קיצור של צירוף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תקנית כמו מספרה או ספרן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בכרטיס הכללים ולהזכיר את ארבע הדרכים לפני תחילת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המשחקים ולסובב כל 10-12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לאסוף את המילים החדשות שהתלמידים המציאו ולהוסיף אותן ל'מילון שלנו' הכיתתי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איך נוצרות מילים 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אפשר ליצור מילים חדשות בכמה דרכים: לפעמים בונים מילה משורש ומשקל, לפעמים מוסיפים צורן לסוף מילה קיימת, לפעמים מחברים שתי מילים להלחם, ולפעמים לוקחים את האותיות הראשונות של צירוף מילים. בדף הזה נתרגל את ארבע הדרכים.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  ·  צורן סופי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באיזו דרך נוצרה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"רמזור" נוצרה בדרך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בסיס וצורן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"תנ"ך" נוצרה בדרך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ראשי תיבות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הלחם הוא חיבור של שתי מילים לכלל מילה אחת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ראשי תיבות נוצרים מהאות הראשונה של כל מילה בצירוף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"מגדלור" נוצרה מהלחם המילים "מגדל"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הדרך שבה מוסיפים תוספת לסוף בסיס קיים, כמו -ות או -ון, נקראת בסיס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 נפגש עם מי? – פירוק הלחמים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מגדל +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מדרכה + 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רמז +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פירוש המילה "מהירות" ואיך נוצרה מהבסיס "מהיר"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מה פירוש המילה "ילדות" ואיך נוצרה מהבסיס "ילד"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יוצרים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המציאו מילה חדשה בדרך של הלחם (חיבור שתי מילים קיימות) וכתבו מה המשמעות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למילה שנוצרה בהלחם והסבירו משתי מילים נוצרה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צורן סופי לראשי תיבות?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תצורת השם – איך נוצרות מילים 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