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איך נוצרות מילים 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ארבע דרכים ליצירת מילים חדשות: שורש ומשקל, בסיס וצורן סופי, הלחם וראשי 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מילים קיימות ולהבין מאילו חלקים הן נבנו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מילים חדשות לפי הדרכים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באיזו דרך נוצרה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ראשי 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בסיס וצורן 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ראשי 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ההלחם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אפשר לנתח מילה גם לפי השורש וגם לפי בסיס וצורן, תלוי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הדרך הסטנדרטית ליצירת ראשי 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"מהיר" (תואר) הופך ל"מהירות"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מספרה, מכבסה, מזללה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צורן 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ביה"ס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ס.פ.ר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נפגש עם מי? – פירוק הלחמים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(רמז +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(מגדל +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(מדרכה + 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(ערפל + פיח)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(מחזה + זמר)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מהירות היא שם עצם שנוצר על ידי הוספת צורן סופי -ות לתואר מהיר, והמשמעות היא התכונה של להיות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 היא שם עצם שנוצר על ידי הוספת צורן סופי -ות למילה ילד, והמשמעות היא התקופה או המצב של להיות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בשורש ומשקל בונים מילה חדשה משורש בעזרת תבנית קבועה, ובבסיס וצורן סופי מוסיפים תוספת למילה שלמה וקיימת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יוצרים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לוודא שהתלמיד חיבר חלקים משתי מילים קיימות ושהמשמעות החדשה הגיונית וקשורה לשתי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שהבסיס קיים בעברית, שהצורן תקין (כמו -ות, -ון, -ן) ושההסבר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הלחם ומפרק לשתי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מבדיל בין תוספת לסוף מילה קיימת לבין קיצור של צירוף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תקנית כמו מספרה או ספרן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בכרטיס הכללים ולהזכיר את ארבע הדרכים לפני תחילת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המשחקים ולסובב כל 10-12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לאסוף את המילים החדשות שהתלמידים המציאו ולהוסיף אותן ל'מילון שלנו' הכיתתי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איך נוצרות מילים 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אפשר ליצור מילים חדשות בכמה דרכים: לפעמים בונים מילה משורש ומשקל, לפעמים מוסיפים צורן לסוף מילה קיימת, לפעמים מחברים שתי מילים להלחם, ולפעמים לוקחים את האותיות הראשונות של צירוף מילים. בדף הזה נתרגל את ארבע הדרכים.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באיזו דרך נוצרה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"רמזור" נוצרה בדרך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"תנ"ך" נוצרה בדרך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"ילדות" נוצרה מהמילה "ילד" בתוספת -ות, זו הדרך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"מספרה" נוצרת מהשורש ס.פ.ר במשקל קבוע, זו הדרך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"מדרחוב" נוצרה מחיבור המילים "מדרכה" ו"רחוב", זו הדרך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"רמטכ"ל" (ראש המטה הכללי) נוצרה בדרך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תיבות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הוא חיבור של שתי מילים לכלל מילה אחת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מקרה, מילה נוצרת רק בדרך אחת אפשרית ולא ניתן להסביר אותה בדרך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נוצרים מהאות הראשונה של כל מילה בצירוף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צורן סופי יכול לשנות גם את חלק הדיבר של המילה, ולא רק את משמעותה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במשקלים כמו מַפְעֵלָה נוצרים לרוב שמות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"מגדלור" נוצרה מהלחם המילים "מגדל"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הדרך שבה מוסיפים תוספת לסוף בסיס קיים, כמו -ות או -ון, נקראת בסיס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ראשי התיבות של "בית ספר"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"מספרה"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חיבור של שתי מילים שלמות או חלקיהן למילה אחת חדשה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נפגש עם מי? – פירוק הלחמים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מגדל +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מחזה + זמר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ערפל + פיח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ערפיח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רמז +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מחזמר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מדרכה + 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פירוש המילה "מהירות" ואיך נוצרה מהבסיס "מהיר"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פירוש המילה "ילדות" ואיך נוצרה מהבסיס "ילד"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מילה שנוצרה בשורש ומשקל לבין מילה שנוצרה בבסיס וצורן סופי?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יוצרים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מילה חדשה בדרך של הלחם (חיבור שתי מילים קיימות) וכתבו מה המשמעות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מילה חדשה מבסיס מוכר בתוספת צורן סופי, והסבירו למה היא מתאימה למשמעות החדשה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למילה שנוצרה בהלחם והסבירו משתי מילים נוצרה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צורן סופי לראשי תיבות?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משורש ומשקל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תצורת השם – איך נוצרות מילים 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